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PFAS supplier request emails</w:t>
      </w:r>
    </w:p>
    <w:p>
      <w:r>
        <w:t>Four emails: the first request and three follow-ups. Replace everything in [brackets]. Attach a sheet that lists the supplier's parts, for example the free PFAS supplier declaration template from bridgecurrent.ai, with your part numbers filled in.</w:t>
      </w:r>
    </w:p>
    <w:p>
      <w:pPr>
        <w:pStyle w:val="Heading2"/>
      </w:pPr>
      <w:r>
        <w:t>Email 1: the request (day 0)</w:t>
      </w:r>
    </w:p>
    <w:p>
      <w:r>
        <w:rPr>
          <w:b/>
        </w:rPr>
        <w:t xml:space="preserve">Subject: </w:t>
      </w:r>
      <w:r>
        <w:t>PFAS data needed for [N] parts by [date]</w:t>
      </w:r>
    </w:p>
    <w:p>
      <w:r>
        <w:t>Hi [first name],</w:t>
      </w:r>
    </w:p>
    <w:p>
      <w:r>
        <w:t>[Your company] reports PFAS in its products to the Minnesota Pollution Control Agency. We need your answer for the [N] parts you supply to us. They are listed in the attached sheet.</w:t>
      </w:r>
    </w:p>
    <w:p>
      <w:r>
        <w:t>For each part, please tell us whether PFAS is intentionally added. If it is, please add the PFAS chemical name, CAS number, concentration range, and what the PFAS does in the part. The sheet has a column for each.</w:t>
      </w:r>
    </w:p>
    <w:p>
      <w:r>
        <w:t>Please reply by [date, about 3 weeks out]. If someone else at [supplier] handles product compliance, please forward this email or reply with their name.</w:t>
      </w:r>
    </w:p>
    <w:p>
      <w:r>
        <w:t>Thank you,</w:t>
        <w:br/>
        <w:t>[name]</w:t>
        <w:br/>
        <w:t>[title], [your company]</w:t>
      </w:r>
    </w:p>
    <w:p>
      <w:pPr>
        <w:pStyle w:val="Heading2"/>
      </w:pPr>
      <w:r>
        <w:t>Email 2: first follow-up (day 7)</w:t>
      </w:r>
    </w:p>
    <w:p>
      <w:r>
        <w:rPr>
          <w:b/>
        </w:rPr>
        <w:t xml:space="preserve">Subject: </w:t>
      </w:r>
      <w:r>
        <w:t>Re: PFAS data needed for [N] parts by [date]</w:t>
      </w:r>
    </w:p>
    <w:p>
      <w:r>
        <w:t>Hi [first name],</w:t>
      </w:r>
    </w:p>
    <w:p>
      <w:r>
        <w:t>I am following up on the PFAS request for the [N] parts below. A Yes or No for each part is enough for parts with no PFAS.</w:t>
      </w:r>
    </w:p>
    <w:p>
      <w:r>
        <w:t>[Paste the part list]</w:t>
      </w:r>
    </w:p>
    <w:p>
      <w:r>
        <w:t>Can you send your answers by [date]?</w:t>
      </w:r>
    </w:p>
    <w:p>
      <w:r>
        <w:t>Thank you,</w:t>
        <w:br/>
        <w:t>[name]</w:t>
      </w:r>
    </w:p>
    <w:p>
      <w:pPr>
        <w:pStyle w:val="Heading2"/>
      </w:pPr>
      <w:r>
        <w:t>Email 3: ask for the right person (day 14)</w:t>
      </w:r>
    </w:p>
    <w:p>
      <w:r>
        <w:rPr>
          <w:b/>
        </w:rPr>
        <w:t xml:space="preserve">Subject: </w:t>
      </w:r>
      <w:r>
        <w:t>Who handles PFAS questions at [supplier]?</w:t>
      </w:r>
    </w:p>
    <w:p>
      <w:r>
        <w:t>Hi [first name],</w:t>
      </w:r>
    </w:p>
    <w:p>
      <w:r>
        <w:t>I have not heard back on our PFAS request, so I may have the wrong person. Who at [supplier] answers questions about chemicals in your parts? This is usually someone in quality, product compliance, or regulatory.</w:t>
      </w:r>
    </w:p>
    <w:p>
      <w:r>
        <w:t>I will send them the part list directly.</w:t>
      </w:r>
    </w:p>
    <w:p>
      <w:r>
        <w:t>Thank you,</w:t>
        <w:br/>
        <w:t>[name]</w:t>
      </w:r>
    </w:p>
    <w:p>
      <w:pPr>
        <w:pStyle w:val="Heading2"/>
      </w:pPr>
      <w:r>
        <w:t>Email 4: last follow-up (day 28)</w:t>
      </w:r>
    </w:p>
    <w:p>
      <w:r>
        <w:rPr>
          <w:b/>
        </w:rPr>
        <w:t xml:space="preserve">Subject: </w:t>
      </w:r>
      <w:r>
        <w:t>PFAS data for [your company]: still open</w:t>
      </w:r>
    </w:p>
    <w:p>
      <w:r>
        <w:t>Hi [first name],</w:t>
      </w:r>
    </w:p>
    <w:p>
      <w:r>
        <w:t>Our PFAS request for [N] parts is still open. Minnesota requires us to keep asking our suppliers until we have the data, and to keep a record of each request. Without your answer, we have to report these parts as unknown.</w:t>
      </w:r>
    </w:p>
    <w:p>
      <w:r>
        <w:t>If you are still gathering answers from your own suppliers, please tell us which parts are done and when you expect the rest.</w:t>
      </w:r>
    </w:p>
    <w:p>
      <w:r>
        <w:t>Thank you,</w:t>
        <w:br/>
        <w:t>[name]</w:t>
      </w:r>
    </w:p>
    <w:p>
      <w:pPr>
        <w:pStyle w:val="Heading2"/>
      </w:pPr>
      <w:r>
        <w:t>Keep a record</w:t>
      </w:r>
    </w:p>
    <w:p>
      <w:r>
        <w:t>Log the date of every request, follow-up, and reply for each supplier. Minnesota Rule 7026.0080 requires you to keep these records for at least five years after the products leave the supply chain.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